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5E8" w:rsidRDefault="00F620A9" w:rsidP="00F620A9">
      <w:pPr>
        <w:pStyle w:val="Ttulo"/>
        <w:jc w:val="center"/>
      </w:pPr>
      <w:r>
        <w:t>TERMO DE COMPROMISSO PARA ACESSO E USO DE DADOS</w:t>
      </w:r>
      <w:r>
        <w:br/>
        <w:t>DO BANCO INSTITUCIONAL</w:t>
      </w:r>
    </w:p>
    <w:tbl>
      <w:tblPr>
        <w:tblW w:w="0" w:type="auto"/>
        <w:jc w:val="center"/>
        <w:tblLook w:val="04A0" w:firstRow="1" w:lastRow="0" w:firstColumn="1" w:lastColumn="0" w:noHBand="0" w:noVBand="1"/>
      </w:tblPr>
      <w:tblGrid>
        <w:gridCol w:w="9972"/>
      </w:tblGrid>
      <w:tr w:rsidR="005305E8">
        <w:trPr>
          <w:jc w:val="center"/>
        </w:trPr>
        <w:tc>
          <w:tcPr>
            <w:tcW w:w="9972" w:type="dxa"/>
            <w:shd w:val="clear" w:color="auto" w:fill="EDEDED"/>
            <w:tcMar>
              <w:top w:w="130" w:type="dxa"/>
              <w:left w:w="130" w:type="dxa"/>
              <w:bottom w:w="130" w:type="dxa"/>
              <w:right w:w="130" w:type="dxa"/>
            </w:tcMar>
          </w:tcPr>
          <w:p w:rsidR="005305E8" w:rsidRDefault="00F620A9" w:rsidP="00F620A9">
            <w:pPr>
              <w:jc w:val="both"/>
            </w:pPr>
            <w:r>
              <w:rPr>
                <w:b/>
                <w:sz w:val="20"/>
              </w:rPr>
              <w:t>ORIENTAÇÃO</w:t>
            </w:r>
            <w:r>
              <w:br/>
              <w:t>Este documento deve ser preenchido para cada projeto que solicite acesso a dados provenientes do Banco Institucional. O acesso deve se limitar aos dados necessários ao projeto aprovado e às condições autorizadas pelo gestor do banco. Campos não aplicáveis deverão ser identificados como "não se aplica". O termo deve ser assinado antes da liberação dos dados.</w:t>
            </w:r>
          </w:p>
        </w:tc>
      </w:tr>
    </w:tbl>
    <w:p w:rsidR="005305E8" w:rsidRDefault="005305E8" w:rsidP="00F620A9">
      <w:pPr>
        <w:jc w:val="both"/>
      </w:pPr>
    </w:p>
    <w:p w:rsidR="005305E8" w:rsidRDefault="00F620A9" w:rsidP="00F620A9">
      <w:pPr>
        <w:pStyle w:val="Ttulo1"/>
        <w:jc w:val="both"/>
      </w:pPr>
      <w:r>
        <w:t>1. Identificação do projeto</w:t>
      </w:r>
    </w:p>
    <w:p w:rsidR="005305E8" w:rsidRDefault="00F620A9" w:rsidP="00F620A9">
      <w:pPr>
        <w:spacing w:after="40"/>
        <w:jc w:val="both"/>
      </w:pPr>
      <w:r>
        <w:rPr>
          <w:b/>
        </w:rPr>
        <w:t xml:space="preserve">Título do projeto: </w:t>
      </w:r>
      <w:r>
        <w:t>______________________________________________________________</w:t>
      </w:r>
    </w:p>
    <w:p w:rsidR="005305E8" w:rsidRDefault="00F620A9" w:rsidP="00F620A9">
      <w:pPr>
        <w:spacing w:after="40"/>
        <w:jc w:val="both"/>
      </w:pPr>
      <w:r>
        <w:rPr>
          <w:b/>
        </w:rPr>
        <w:t xml:space="preserve">Pesquisador responsável: </w:t>
      </w:r>
      <w:r>
        <w:t>________________________________________________________</w:t>
      </w:r>
    </w:p>
    <w:p w:rsidR="005305E8" w:rsidRDefault="00F620A9" w:rsidP="00F620A9">
      <w:pPr>
        <w:spacing w:after="40"/>
        <w:jc w:val="both"/>
      </w:pPr>
      <w:r>
        <w:rPr>
          <w:b/>
        </w:rPr>
        <w:t xml:space="preserve">Instituição/curso: </w:t>
      </w:r>
      <w:r>
        <w:t>_______________________________________________________________</w:t>
      </w:r>
    </w:p>
    <w:p w:rsidR="005305E8" w:rsidRDefault="00F620A9" w:rsidP="00F620A9">
      <w:pPr>
        <w:spacing w:after="40"/>
        <w:jc w:val="both"/>
      </w:pPr>
      <w:r>
        <w:rPr>
          <w:b/>
        </w:rPr>
        <w:t xml:space="preserve">Número do protocolo no Sinep/CEP: </w:t>
      </w:r>
      <w:r>
        <w:t>________________________________________________</w:t>
      </w:r>
    </w:p>
    <w:p w:rsidR="005305E8" w:rsidRDefault="00F620A9" w:rsidP="00F620A9">
      <w:pPr>
        <w:spacing w:after="40"/>
        <w:jc w:val="both"/>
      </w:pPr>
      <w:r>
        <w:rPr>
          <w:b/>
        </w:rPr>
        <w:t xml:space="preserve">Número/data do parecer de aprovação: </w:t>
      </w:r>
      <w:r>
        <w:t>_______________________________________________</w:t>
      </w:r>
    </w:p>
    <w:p w:rsidR="005305E8" w:rsidRDefault="00F620A9" w:rsidP="00F620A9">
      <w:pPr>
        <w:pStyle w:val="Ttulo1"/>
        <w:jc w:val="both"/>
      </w:pPr>
      <w:r>
        <w:t>2. Identificação do banco de origem</w:t>
      </w:r>
    </w:p>
    <w:p w:rsidR="005305E8" w:rsidRDefault="00F620A9" w:rsidP="00F620A9">
      <w:pPr>
        <w:spacing w:after="40"/>
        <w:jc w:val="both"/>
      </w:pPr>
      <w:r>
        <w:rPr>
          <w:b/>
        </w:rPr>
        <w:t xml:space="preserve">Banco institucional: </w:t>
      </w:r>
      <w:r>
        <w:t>______________________________________________________________</w:t>
      </w:r>
    </w:p>
    <w:p w:rsidR="005305E8" w:rsidRDefault="00F620A9" w:rsidP="00F620A9">
      <w:pPr>
        <w:spacing w:after="40"/>
        <w:jc w:val="both"/>
      </w:pPr>
      <w:r>
        <w:rPr>
          <w:b/>
        </w:rPr>
        <w:t xml:space="preserve">Instituição responsável: </w:t>
      </w:r>
      <w:r>
        <w:t>Centro Universitário do Planalto Central Apparecido dos Santos - UNICEPLAC</w:t>
      </w:r>
    </w:p>
    <w:p w:rsidR="005305E8" w:rsidRDefault="00F620A9" w:rsidP="00F620A9">
      <w:pPr>
        <w:spacing w:after="40"/>
        <w:jc w:val="both"/>
      </w:pPr>
      <w:proofErr w:type="spellStart"/>
      <w:r>
        <w:rPr>
          <w:b/>
        </w:rPr>
        <w:t>Unidade</w:t>
      </w:r>
      <w:proofErr w:type="spellEnd"/>
      <w:r>
        <w:rPr>
          <w:b/>
        </w:rPr>
        <w:t xml:space="preserve"> </w:t>
      </w:r>
      <w:proofErr w:type="spellStart"/>
      <w:r>
        <w:rPr>
          <w:b/>
        </w:rPr>
        <w:t>responsável</w:t>
      </w:r>
      <w:proofErr w:type="spellEnd"/>
      <w:r>
        <w:rPr>
          <w:b/>
        </w:rPr>
        <w:t xml:space="preserve">: </w:t>
      </w:r>
      <w:r w:rsidR="005D4020">
        <w:t>____________________________</w:t>
      </w:r>
    </w:p>
    <w:p w:rsidR="005305E8" w:rsidRDefault="00F620A9" w:rsidP="00F620A9">
      <w:pPr>
        <w:spacing w:after="40"/>
        <w:jc w:val="both"/>
      </w:pPr>
      <w:r>
        <w:rPr>
          <w:b/>
        </w:rPr>
        <w:t xml:space="preserve">Local/ambiente de armazenamento do banco: </w:t>
      </w:r>
      <w:r>
        <w:t>____________________________________________</w:t>
      </w:r>
    </w:p>
    <w:p w:rsidR="005305E8" w:rsidRDefault="00F620A9" w:rsidP="00F620A9">
      <w:pPr>
        <w:pStyle w:val="Ttulo1"/>
        <w:jc w:val="both"/>
      </w:pPr>
      <w:r>
        <w:t>3. Responsáveis pelo tratamento e pela governança dos dados</w:t>
      </w:r>
    </w:p>
    <w:p w:rsidR="005305E8" w:rsidRDefault="00F620A9" w:rsidP="00F620A9">
      <w:pPr>
        <w:spacing w:after="120"/>
        <w:jc w:val="both"/>
      </w:pPr>
      <w:r>
        <w:t>Os papéis abaixo devem ser preenchidos conforme a organização institucional do tratamento de dados. Uma mesma pessoa poderá exercer mais de uma função quando isso corresponder à governança institucional, devendo a situação ser registrada de forma expressa.</w:t>
      </w:r>
    </w:p>
    <w:tbl>
      <w:tblPr>
        <w:tblW w:w="0" w:type="auto"/>
        <w:jc w:val="center"/>
        <w:tblLayout w:type="fixed"/>
        <w:tblLook w:val="04A0" w:firstRow="1" w:lastRow="0" w:firstColumn="1" w:lastColumn="0" w:noHBand="0" w:noVBand="1"/>
      </w:tblPr>
      <w:tblGrid>
        <w:gridCol w:w="4986"/>
        <w:gridCol w:w="4986"/>
      </w:tblGrid>
      <w:tr w:rsidR="005305E8">
        <w:trPr>
          <w:jc w:val="center"/>
        </w:trPr>
        <w:tc>
          <w:tcPr>
            <w:tcW w:w="9972" w:type="dxa"/>
            <w:gridSpan w:val="2"/>
            <w:shd w:val="clear" w:color="auto" w:fill="D9EAD3"/>
          </w:tcPr>
          <w:p w:rsidR="005305E8" w:rsidRDefault="00F620A9" w:rsidP="00F620A9">
            <w:pPr>
              <w:jc w:val="both"/>
            </w:pPr>
            <w:r>
              <w:rPr>
                <w:b/>
              </w:rPr>
              <w:t>CONTROLADOR DOS DADOS</w:t>
            </w: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Nome/instituição</w:t>
            </w:r>
          </w:p>
        </w:tc>
        <w:tc>
          <w:tcPr>
            <w:tcW w:w="4986" w:type="dxa"/>
            <w:tcMar>
              <w:top w:w="80" w:type="dxa"/>
              <w:left w:w="90" w:type="dxa"/>
              <w:bottom w:w="80" w:type="dxa"/>
              <w:right w:w="90" w:type="dxa"/>
            </w:tcMar>
            <w:vAlign w:val="center"/>
          </w:tcPr>
          <w:p w:rsidR="005305E8" w:rsidRDefault="005305E8" w:rsidP="00F620A9">
            <w:pPr>
              <w:jc w:val="both"/>
            </w:pP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Cargo ou função</w:t>
            </w:r>
          </w:p>
        </w:tc>
        <w:tc>
          <w:tcPr>
            <w:tcW w:w="4986" w:type="dxa"/>
            <w:tcMar>
              <w:top w:w="80" w:type="dxa"/>
              <w:left w:w="90" w:type="dxa"/>
              <w:bottom w:w="80" w:type="dxa"/>
              <w:right w:w="90" w:type="dxa"/>
            </w:tcMar>
            <w:vAlign w:val="center"/>
          </w:tcPr>
          <w:p w:rsidR="005305E8" w:rsidRDefault="005305E8" w:rsidP="00F620A9">
            <w:pPr>
              <w:jc w:val="both"/>
            </w:pP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E-mail institucional</w:t>
            </w:r>
          </w:p>
        </w:tc>
        <w:tc>
          <w:tcPr>
            <w:tcW w:w="4986" w:type="dxa"/>
            <w:tcMar>
              <w:top w:w="80" w:type="dxa"/>
              <w:left w:w="90" w:type="dxa"/>
              <w:bottom w:w="80" w:type="dxa"/>
              <w:right w:w="90" w:type="dxa"/>
            </w:tcMar>
            <w:vAlign w:val="center"/>
          </w:tcPr>
          <w:p w:rsidR="005305E8" w:rsidRDefault="005305E8" w:rsidP="00F620A9">
            <w:pPr>
              <w:jc w:val="both"/>
            </w:pP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Assinatura</w:t>
            </w:r>
          </w:p>
        </w:tc>
        <w:tc>
          <w:tcPr>
            <w:tcW w:w="4986" w:type="dxa"/>
            <w:tcMar>
              <w:top w:w="80" w:type="dxa"/>
              <w:left w:w="90" w:type="dxa"/>
              <w:bottom w:w="80" w:type="dxa"/>
              <w:right w:w="90" w:type="dxa"/>
            </w:tcMar>
            <w:vAlign w:val="center"/>
          </w:tcPr>
          <w:p w:rsidR="005305E8" w:rsidRDefault="005305E8" w:rsidP="00F620A9">
            <w:pPr>
              <w:jc w:val="both"/>
            </w:pPr>
          </w:p>
        </w:tc>
      </w:tr>
    </w:tbl>
    <w:p w:rsidR="005305E8" w:rsidRDefault="005305E8" w:rsidP="00F620A9">
      <w:pPr>
        <w:spacing w:after="20"/>
        <w:jc w:val="both"/>
      </w:pPr>
    </w:p>
    <w:tbl>
      <w:tblPr>
        <w:tblW w:w="0" w:type="auto"/>
        <w:jc w:val="center"/>
        <w:tblLayout w:type="fixed"/>
        <w:tblLook w:val="04A0" w:firstRow="1" w:lastRow="0" w:firstColumn="1" w:lastColumn="0" w:noHBand="0" w:noVBand="1"/>
      </w:tblPr>
      <w:tblGrid>
        <w:gridCol w:w="4986"/>
        <w:gridCol w:w="4986"/>
      </w:tblGrid>
      <w:tr w:rsidR="005305E8">
        <w:trPr>
          <w:jc w:val="center"/>
        </w:trPr>
        <w:tc>
          <w:tcPr>
            <w:tcW w:w="9972" w:type="dxa"/>
            <w:gridSpan w:val="2"/>
            <w:shd w:val="clear" w:color="auto" w:fill="D9EAD3"/>
          </w:tcPr>
          <w:p w:rsidR="005305E8" w:rsidRDefault="00F620A9" w:rsidP="00F620A9">
            <w:pPr>
              <w:jc w:val="both"/>
            </w:pPr>
            <w:r>
              <w:rPr>
                <w:b/>
              </w:rPr>
              <w:t>GESTOR DO BANCO</w:t>
            </w: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lastRenderedPageBreak/>
              <w:t>Nome</w:t>
            </w:r>
          </w:p>
        </w:tc>
        <w:tc>
          <w:tcPr>
            <w:tcW w:w="4986" w:type="dxa"/>
            <w:tcMar>
              <w:top w:w="80" w:type="dxa"/>
              <w:left w:w="90" w:type="dxa"/>
              <w:bottom w:w="80" w:type="dxa"/>
              <w:right w:w="90" w:type="dxa"/>
            </w:tcMar>
            <w:vAlign w:val="center"/>
          </w:tcPr>
          <w:p w:rsidR="005305E8" w:rsidRDefault="005305E8" w:rsidP="00F620A9">
            <w:pPr>
              <w:jc w:val="both"/>
            </w:pP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Cargo ou função</w:t>
            </w:r>
          </w:p>
        </w:tc>
        <w:tc>
          <w:tcPr>
            <w:tcW w:w="4986" w:type="dxa"/>
            <w:tcMar>
              <w:top w:w="80" w:type="dxa"/>
              <w:left w:w="90" w:type="dxa"/>
              <w:bottom w:w="80" w:type="dxa"/>
              <w:right w:w="90" w:type="dxa"/>
            </w:tcMar>
            <w:vAlign w:val="center"/>
          </w:tcPr>
          <w:p w:rsidR="005305E8" w:rsidRDefault="005305E8" w:rsidP="00F620A9">
            <w:pPr>
              <w:jc w:val="both"/>
            </w:pP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E-mail institucional</w:t>
            </w:r>
          </w:p>
        </w:tc>
        <w:tc>
          <w:tcPr>
            <w:tcW w:w="4986" w:type="dxa"/>
            <w:tcMar>
              <w:top w:w="80" w:type="dxa"/>
              <w:left w:w="90" w:type="dxa"/>
              <w:bottom w:w="80" w:type="dxa"/>
              <w:right w:w="90" w:type="dxa"/>
            </w:tcMar>
            <w:vAlign w:val="center"/>
          </w:tcPr>
          <w:p w:rsidR="005305E8" w:rsidRDefault="005305E8" w:rsidP="00F620A9">
            <w:pPr>
              <w:jc w:val="both"/>
            </w:pP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Assinatura</w:t>
            </w:r>
          </w:p>
        </w:tc>
        <w:tc>
          <w:tcPr>
            <w:tcW w:w="4986" w:type="dxa"/>
            <w:tcMar>
              <w:top w:w="80" w:type="dxa"/>
              <w:left w:w="90" w:type="dxa"/>
              <w:bottom w:w="80" w:type="dxa"/>
              <w:right w:w="90" w:type="dxa"/>
            </w:tcMar>
            <w:vAlign w:val="center"/>
          </w:tcPr>
          <w:p w:rsidR="005305E8" w:rsidRDefault="005305E8" w:rsidP="00F620A9">
            <w:pPr>
              <w:jc w:val="both"/>
            </w:pPr>
          </w:p>
        </w:tc>
      </w:tr>
    </w:tbl>
    <w:p w:rsidR="005305E8" w:rsidRDefault="005305E8" w:rsidP="00F620A9">
      <w:pPr>
        <w:spacing w:after="20"/>
        <w:jc w:val="both"/>
      </w:pPr>
    </w:p>
    <w:tbl>
      <w:tblPr>
        <w:tblW w:w="0" w:type="auto"/>
        <w:jc w:val="center"/>
        <w:tblLayout w:type="fixed"/>
        <w:tblLook w:val="04A0" w:firstRow="1" w:lastRow="0" w:firstColumn="1" w:lastColumn="0" w:noHBand="0" w:noVBand="1"/>
      </w:tblPr>
      <w:tblGrid>
        <w:gridCol w:w="4986"/>
        <w:gridCol w:w="4986"/>
      </w:tblGrid>
      <w:tr w:rsidR="005305E8">
        <w:trPr>
          <w:jc w:val="center"/>
        </w:trPr>
        <w:tc>
          <w:tcPr>
            <w:tcW w:w="9972" w:type="dxa"/>
            <w:gridSpan w:val="2"/>
            <w:shd w:val="clear" w:color="auto" w:fill="D9EAD3"/>
          </w:tcPr>
          <w:p w:rsidR="005305E8" w:rsidRDefault="00F620A9" w:rsidP="00F620A9">
            <w:pPr>
              <w:jc w:val="both"/>
            </w:pPr>
            <w:r>
              <w:rPr>
                <w:b/>
              </w:rPr>
              <w:t>OPERADOR DOS DADOS / RESPONSÁVEL PELA EXTRAÇÃO</w:t>
            </w: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Nome</w:t>
            </w:r>
          </w:p>
        </w:tc>
        <w:tc>
          <w:tcPr>
            <w:tcW w:w="4986" w:type="dxa"/>
            <w:tcMar>
              <w:top w:w="80" w:type="dxa"/>
              <w:left w:w="90" w:type="dxa"/>
              <w:bottom w:w="80" w:type="dxa"/>
              <w:right w:w="90" w:type="dxa"/>
            </w:tcMar>
            <w:vAlign w:val="center"/>
          </w:tcPr>
          <w:p w:rsidR="005305E8" w:rsidRDefault="005305E8" w:rsidP="00F620A9">
            <w:pPr>
              <w:jc w:val="both"/>
            </w:pP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Cargo ou função</w:t>
            </w:r>
          </w:p>
        </w:tc>
        <w:tc>
          <w:tcPr>
            <w:tcW w:w="4986" w:type="dxa"/>
            <w:tcMar>
              <w:top w:w="80" w:type="dxa"/>
              <w:left w:w="90" w:type="dxa"/>
              <w:bottom w:w="80" w:type="dxa"/>
              <w:right w:w="90" w:type="dxa"/>
            </w:tcMar>
            <w:vAlign w:val="center"/>
          </w:tcPr>
          <w:p w:rsidR="005305E8" w:rsidRDefault="005305E8" w:rsidP="00F620A9">
            <w:pPr>
              <w:jc w:val="both"/>
            </w:pP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E-mail institucional</w:t>
            </w:r>
          </w:p>
        </w:tc>
        <w:tc>
          <w:tcPr>
            <w:tcW w:w="4986" w:type="dxa"/>
            <w:tcMar>
              <w:top w:w="80" w:type="dxa"/>
              <w:left w:w="90" w:type="dxa"/>
              <w:bottom w:w="80" w:type="dxa"/>
              <w:right w:w="90" w:type="dxa"/>
            </w:tcMar>
            <w:vAlign w:val="center"/>
          </w:tcPr>
          <w:p w:rsidR="005305E8" w:rsidRDefault="005305E8" w:rsidP="00F620A9">
            <w:pPr>
              <w:jc w:val="both"/>
            </w:pP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Assinatura</w:t>
            </w:r>
          </w:p>
        </w:tc>
        <w:tc>
          <w:tcPr>
            <w:tcW w:w="4986" w:type="dxa"/>
            <w:tcMar>
              <w:top w:w="80" w:type="dxa"/>
              <w:left w:w="90" w:type="dxa"/>
              <w:bottom w:w="80" w:type="dxa"/>
              <w:right w:w="90" w:type="dxa"/>
            </w:tcMar>
            <w:vAlign w:val="center"/>
          </w:tcPr>
          <w:p w:rsidR="005305E8" w:rsidRDefault="005305E8" w:rsidP="00F620A9">
            <w:pPr>
              <w:jc w:val="both"/>
            </w:pPr>
          </w:p>
        </w:tc>
      </w:tr>
    </w:tbl>
    <w:p w:rsidR="005305E8" w:rsidRDefault="005305E8" w:rsidP="00F620A9">
      <w:pPr>
        <w:spacing w:after="20"/>
        <w:jc w:val="both"/>
      </w:pPr>
    </w:p>
    <w:tbl>
      <w:tblPr>
        <w:tblW w:w="0" w:type="auto"/>
        <w:jc w:val="center"/>
        <w:tblLayout w:type="fixed"/>
        <w:tblLook w:val="04A0" w:firstRow="1" w:lastRow="0" w:firstColumn="1" w:lastColumn="0" w:noHBand="0" w:noVBand="1"/>
      </w:tblPr>
      <w:tblGrid>
        <w:gridCol w:w="4986"/>
        <w:gridCol w:w="4986"/>
      </w:tblGrid>
      <w:tr w:rsidR="005305E8">
        <w:trPr>
          <w:jc w:val="center"/>
        </w:trPr>
        <w:tc>
          <w:tcPr>
            <w:tcW w:w="9972" w:type="dxa"/>
            <w:gridSpan w:val="2"/>
            <w:shd w:val="clear" w:color="auto" w:fill="D9EAD3"/>
          </w:tcPr>
          <w:p w:rsidR="005305E8" w:rsidRDefault="00F620A9" w:rsidP="00F620A9">
            <w:pPr>
              <w:jc w:val="both"/>
            </w:pPr>
            <w:r>
              <w:rPr>
                <w:b/>
              </w:rPr>
              <w:t>PESQUISADOR RESPONSÁVEL PELO RECEBIMENTO DOS DADOS</w:t>
            </w: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Nome</w:t>
            </w:r>
          </w:p>
        </w:tc>
        <w:tc>
          <w:tcPr>
            <w:tcW w:w="4986" w:type="dxa"/>
            <w:tcMar>
              <w:top w:w="80" w:type="dxa"/>
              <w:left w:w="90" w:type="dxa"/>
              <w:bottom w:w="80" w:type="dxa"/>
              <w:right w:w="90" w:type="dxa"/>
            </w:tcMar>
            <w:vAlign w:val="center"/>
          </w:tcPr>
          <w:p w:rsidR="005305E8" w:rsidRDefault="005305E8" w:rsidP="00F620A9">
            <w:pPr>
              <w:jc w:val="both"/>
            </w:pPr>
          </w:p>
        </w:tc>
        <w:bookmarkStart w:id="0" w:name="_GoBack"/>
        <w:bookmarkEnd w:id="0"/>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Instituição/curso</w:t>
            </w:r>
          </w:p>
        </w:tc>
        <w:tc>
          <w:tcPr>
            <w:tcW w:w="4986" w:type="dxa"/>
            <w:tcMar>
              <w:top w:w="80" w:type="dxa"/>
              <w:left w:w="90" w:type="dxa"/>
              <w:bottom w:w="80" w:type="dxa"/>
              <w:right w:w="90" w:type="dxa"/>
            </w:tcMar>
            <w:vAlign w:val="center"/>
          </w:tcPr>
          <w:p w:rsidR="005305E8" w:rsidRDefault="005305E8" w:rsidP="00F620A9">
            <w:pPr>
              <w:jc w:val="both"/>
            </w:pP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E-mail institucional</w:t>
            </w:r>
          </w:p>
        </w:tc>
        <w:tc>
          <w:tcPr>
            <w:tcW w:w="4986" w:type="dxa"/>
            <w:tcMar>
              <w:top w:w="80" w:type="dxa"/>
              <w:left w:w="90" w:type="dxa"/>
              <w:bottom w:w="80" w:type="dxa"/>
              <w:right w:w="90" w:type="dxa"/>
            </w:tcMar>
            <w:vAlign w:val="center"/>
          </w:tcPr>
          <w:p w:rsidR="005305E8" w:rsidRDefault="005305E8" w:rsidP="00F620A9">
            <w:pPr>
              <w:jc w:val="both"/>
            </w:pPr>
          </w:p>
        </w:tc>
      </w:tr>
      <w:tr w:rsidR="005305E8">
        <w:trPr>
          <w:jc w:val="center"/>
        </w:trPr>
        <w:tc>
          <w:tcPr>
            <w:tcW w:w="4986" w:type="dxa"/>
            <w:tcMar>
              <w:top w:w="80" w:type="dxa"/>
              <w:left w:w="90" w:type="dxa"/>
              <w:bottom w:w="80" w:type="dxa"/>
              <w:right w:w="90" w:type="dxa"/>
            </w:tcMar>
            <w:vAlign w:val="center"/>
          </w:tcPr>
          <w:p w:rsidR="005305E8" w:rsidRDefault="00F620A9" w:rsidP="00F620A9">
            <w:pPr>
              <w:jc w:val="both"/>
            </w:pPr>
            <w:r>
              <w:t>Assinatura</w:t>
            </w:r>
          </w:p>
        </w:tc>
        <w:tc>
          <w:tcPr>
            <w:tcW w:w="4986" w:type="dxa"/>
            <w:tcMar>
              <w:top w:w="80" w:type="dxa"/>
              <w:left w:w="90" w:type="dxa"/>
              <w:bottom w:w="80" w:type="dxa"/>
              <w:right w:w="90" w:type="dxa"/>
            </w:tcMar>
            <w:vAlign w:val="center"/>
          </w:tcPr>
          <w:p w:rsidR="005305E8" w:rsidRDefault="005305E8" w:rsidP="00F620A9">
            <w:pPr>
              <w:jc w:val="both"/>
            </w:pPr>
          </w:p>
        </w:tc>
      </w:tr>
    </w:tbl>
    <w:p w:rsidR="005305E8" w:rsidRDefault="005305E8" w:rsidP="00F620A9">
      <w:pPr>
        <w:spacing w:after="20"/>
        <w:jc w:val="both"/>
      </w:pPr>
    </w:p>
    <w:p w:rsidR="005305E8" w:rsidRDefault="00F620A9" w:rsidP="00F620A9">
      <w:pPr>
        <w:pStyle w:val="Ttulo1"/>
        <w:jc w:val="both"/>
      </w:pPr>
      <w:r>
        <w:t>4. Dados autorizados para acesso</w:t>
      </w:r>
    </w:p>
    <w:p w:rsidR="005305E8" w:rsidRDefault="00F620A9" w:rsidP="00F620A9">
      <w:pPr>
        <w:jc w:val="both"/>
      </w:pPr>
      <w:r>
        <w:t>Relacionar individualmente todas as variáveis ou categorias de dados que serão disponibilizadas ao projeto. Nenhum dado diferente dos relacionados abaixo poderá ser acessado ou fornecido sem nova autorização do gestor e, quando aplicável, prévia apreciação ética da alteração.</w:t>
      </w:r>
    </w:p>
    <w:tbl>
      <w:tblPr>
        <w:tblStyle w:val="Tabelacomgrade"/>
        <w:tblW w:w="0" w:type="auto"/>
        <w:jc w:val="center"/>
        <w:tblLook w:val="04A0" w:firstRow="1" w:lastRow="0" w:firstColumn="1" w:lastColumn="0" w:noHBand="0" w:noVBand="1"/>
      </w:tblPr>
      <w:tblGrid>
        <w:gridCol w:w="2493"/>
        <w:gridCol w:w="2493"/>
        <w:gridCol w:w="2493"/>
        <w:gridCol w:w="2493"/>
      </w:tblGrid>
      <w:tr w:rsidR="005305E8">
        <w:trPr>
          <w:jc w:val="center"/>
        </w:trPr>
        <w:tc>
          <w:tcPr>
            <w:tcW w:w="2493" w:type="dxa"/>
            <w:shd w:val="clear" w:color="auto" w:fill="D9EAD3"/>
          </w:tcPr>
          <w:p w:rsidR="005305E8" w:rsidRDefault="00F620A9" w:rsidP="00F620A9">
            <w:pPr>
              <w:jc w:val="both"/>
            </w:pPr>
            <w:r>
              <w:rPr>
                <w:b/>
              </w:rPr>
              <w:t>Variável / dado</w:t>
            </w:r>
          </w:p>
        </w:tc>
        <w:tc>
          <w:tcPr>
            <w:tcW w:w="2493" w:type="dxa"/>
            <w:shd w:val="clear" w:color="auto" w:fill="D9EAD3"/>
          </w:tcPr>
          <w:p w:rsidR="005305E8" w:rsidRDefault="00F620A9" w:rsidP="00F620A9">
            <w:pPr>
              <w:jc w:val="both"/>
            </w:pPr>
            <w:r>
              <w:rPr>
                <w:b/>
              </w:rPr>
              <w:t>Justificativa no projeto</w:t>
            </w:r>
          </w:p>
        </w:tc>
        <w:tc>
          <w:tcPr>
            <w:tcW w:w="2493" w:type="dxa"/>
            <w:shd w:val="clear" w:color="auto" w:fill="D9EAD3"/>
          </w:tcPr>
          <w:p w:rsidR="005305E8" w:rsidRDefault="00F620A9" w:rsidP="00F620A9">
            <w:pPr>
              <w:jc w:val="both"/>
            </w:pPr>
            <w:r>
              <w:rPr>
                <w:b/>
              </w:rPr>
              <w:t>Origem</w:t>
            </w:r>
          </w:p>
        </w:tc>
        <w:tc>
          <w:tcPr>
            <w:tcW w:w="2493" w:type="dxa"/>
            <w:shd w:val="clear" w:color="auto" w:fill="D9EAD3"/>
          </w:tcPr>
          <w:p w:rsidR="005305E8" w:rsidRDefault="00F620A9" w:rsidP="00F620A9">
            <w:pPr>
              <w:jc w:val="both"/>
            </w:pPr>
            <w:r>
              <w:rPr>
                <w:b/>
              </w:rPr>
              <w:t>Forma de fornecimento</w:t>
            </w:r>
          </w:p>
        </w:tc>
      </w:tr>
      <w:tr w:rsidR="005305E8">
        <w:trPr>
          <w:jc w:val="center"/>
        </w:trPr>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r>
      <w:tr w:rsidR="005305E8">
        <w:trPr>
          <w:jc w:val="center"/>
        </w:trPr>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r>
      <w:tr w:rsidR="005305E8">
        <w:trPr>
          <w:jc w:val="center"/>
        </w:trPr>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r>
      <w:tr w:rsidR="005305E8">
        <w:trPr>
          <w:jc w:val="center"/>
        </w:trPr>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r>
      <w:tr w:rsidR="005305E8">
        <w:trPr>
          <w:jc w:val="center"/>
        </w:trPr>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c>
          <w:tcPr>
            <w:tcW w:w="2493" w:type="dxa"/>
            <w:tcMar>
              <w:top w:w="90" w:type="dxa"/>
              <w:left w:w="90" w:type="dxa"/>
              <w:bottom w:w="90" w:type="dxa"/>
              <w:right w:w="90" w:type="dxa"/>
            </w:tcMar>
          </w:tcPr>
          <w:p w:rsidR="005305E8" w:rsidRDefault="005305E8" w:rsidP="00F620A9">
            <w:pPr>
              <w:jc w:val="both"/>
            </w:pPr>
          </w:p>
        </w:tc>
      </w:tr>
    </w:tbl>
    <w:p w:rsidR="005305E8" w:rsidRDefault="005305E8" w:rsidP="00F620A9">
      <w:pPr>
        <w:jc w:val="both"/>
      </w:pPr>
    </w:p>
    <w:p w:rsidR="005305E8" w:rsidRDefault="00F620A9" w:rsidP="00F620A9">
      <w:pPr>
        <w:spacing w:after="40"/>
        <w:jc w:val="both"/>
      </w:pPr>
      <w:r>
        <w:rPr>
          <w:b/>
        </w:rPr>
        <w:t xml:space="preserve">Número estimado de registros a serem fornecidos: </w:t>
      </w:r>
      <w:r>
        <w:t>________________________________________</w:t>
      </w:r>
    </w:p>
    <w:p w:rsidR="005305E8" w:rsidRDefault="00F620A9" w:rsidP="00F620A9">
      <w:pPr>
        <w:pStyle w:val="Ttulo1"/>
        <w:jc w:val="both"/>
      </w:pPr>
      <w:r>
        <w:t>5. Forma de codificação, anonimização e proteção</w:t>
      </w:r>
    </w:p>
    <w:p w:rsidR="005305E8" w:rsidRDefault="00F620A9" w:rsidP="00F620A9">
      <w:pPr>
        <w:spacing w:after="40"/>
        <w:ind w:left="227"/>
        <w:jc w:val="both"/>
      </w:pPr>
      <w:r>
        <w:t>☐ Dados anonimizados.</w:t>
      </w:r>
    </w:p>
    <w:p w:rsidR="005305E8" w:rsidRDefault="00F620A9" w:rsidP="00F620A9">
      <w:pPr>
        <w:spacing w:after="40"/>
        <w:ind w:left="227"/>
        <w:jc w:val="both"/>
      </w:pPr>
      <w:r>
        <w:t>☐ Dados codificados.</w:t>
      </w:r>
    </w:p>
    <w:p w:rsidR="005305E8" w:rsidRDefault="00F620A9" w:rsidP="00F620A9">
      <w:pPr>
        <w:spacing w:after="40"/>
        <w:ind w:left="227"/>
        <w:jc w:val="both"/>
      </w:pPr>
      <w:r>
        <w:t>☐ Outra forma de tratamento: _________________________________________________</w:t>
      </w:r>
    </w:p>
    <w:p w:rsidR="005305E8" w:rsidRDefault="00F620A9" w:rsidP="00F620A9">
      <w:pPr>
        <w:spacing w:after="40"/>
        <w:jc w:val="both"/>
      </w:pPr>
      <w:r>
        <w:rPr>
          <w:b/>
        </w:rPr>
        <w:t xml:space="preserve">Método utilizado para anonimização/codificação: </w:t>
      </w:r>
    </w:p>
    <w:p w:rsidR="005305E8" w:rsidRDefault="00F620A9" w:rsidP="00F620A9">
      <w:pPr>
        <w:jc w:val="both"/>
      </w:pPr>
      <w:r>
        <w:t>________________________________________________________________________________</w:t>
      </w:r>
    </w:p>
    <w:p w:rsidR="005305E8" w:rsidRDefault="00F620A9" w:rsidP="00F620A9">
      <w:pPr>
        <w:jc w:val="both"/>
      </w:pPr>
      <w:r>
        <w:t>________________________________________________________________________________</w:t>
      </w:r>
    </w:p>
    <w:p w:rsidR="005305E8" w:rsidRDefault="00F620A9" w:rsidP="00F620A9">
      <w:pPr>
        <w:spacing w:after="40"/>
        <w:jc w:val="both"/>
      </w:pPr>
      <w:r>
        <w:rPr>
          <w:b/>
        </w:rPr>
        <w:t xml:space="preserve">Existe chave que permita relacionar os códigos aos prontuários? </w:t>
      </w:r>
      <w:r>
        <w:t>☐ Não   ☐ Sim</w:t>
      </w:r>
    </w:p>
    <w:p w:rsidR="005305E8" w:rsidRDefault="00F620A9" w:rsidP="00F620A9">
      <w:pPr>
        <w:spacing w:after="40"/>
        <w:jc w:val="both"/>
      </w:pPr>
      <w:r>
        <w:rPr>
          <w:b/>
        </w:rPr>
        <w:t xml:space="preserve">Responsável pela guarda da chave, quando houver: </w:t>
      </w:r>
      <w:r>
        <w:t>_________________________________________</w:t>
      </w:r>
    </w:p>
    <w:p w:rsidR="005305E8" w:rsidRDefault="00F620A9" w:rsidP="00F620A9">
      <w:pPr>
        <w:spacing w:after="40"/>
        <w:jc w:val="both"/>
      </w:pPr>
      <w:r>
        <w:rPr>
          <w:b/>
        </w:rPr>
        <w:t xml:space="preserve">O pesquisador terá acesso à chave? </w:t>
      </w:r>
      <w:r>
        <w:t>☐ Não   ☐ Sim, excepcionalmente, conforme justificativa aprovada.</w:t>
      </w:r>
    </w:p>
    <w:p w:rsidR="005305E8" w:rsidRDefault="00F620A9" w:rsidP="00F620A9">
      <w:pPr>
        <w:spacing w:after="40"/>
        <w:jc w:val="both"/>
      </w:pPr>
      <w:r>
        <w:rPr>
          <w:b/>
        </w:rPr>
        <w:t xml:space="preserve">Justificativa, se aplicável: </w:t>
      </w:r>
    </w:p>
    <w:p w:rsidR="005305E8" w:rsidRDefault="00F620A9" w:rsidP="00F620A9">
      <w:pPr>
        <w:jc w:val="both"/>
      </w:pPr>
      <w:r>
        <w:t>________________________________________________________________________________</w:t>
      </w:r>
    </w:p>
    <w:p w:rsidR="005305E8" w:rsidRDefault="00F620A9" w:rsidP="00F620A9">
      <w:pPr>
        <w:jc w:val="both"/>
      </w:pPr>
      <w:r>
        <w:t>________________________________________________________________________________</w:t>
      </w:r>
    </w:p>
    <w:p w:rsidR="005305E8" w:rsidRDefault="00F620A9" w:rsidP="00F620A9">
      <w:pPr>
        <w:pStyle w:val="Ttulo1"/>
        <w:jc w:val="both"/>
      </w:pPr>
      <w:r>
        <w:t>6. Transferência e disponibilização dos dados</w:t>
      </w:r>
    </w:p>
    <w:p w:rsidR="005305E8" w:rsidRDefault="00F620A9" w:rsidP="00F620A9">
      <w:pPr>
        <w:spacing w:after="40"/>
        <w:jc w:val="both"/>
      </w:pPr>
      <w:r>
        <w:rPr>
          <w:b/>
        </w:rPr>
        <w:t xml:space="preserve">Forma de disponibilização/transferência: </w:t>
      </w:r>
      <w:r>
        <w:t>_______________________________________________</w:t>
      </w:r>
    </w:p>
    <w:p w:rsidR="005305E8" w:rsidRDefault="00F620A9" w:rsidP="00F620A9">
      <w:pPr>
        <w:spacing w:after="40"/>
        <w:jc w:val="both"/>
      </w:pPr>
      <w:r>
        <w:rPr>
          <w:b/>
        </w:rPr>
        <w:t xml:space="preserve">Ambiente de origem: </w:t>
      </w:r>
      <w:r>
        <w:t>________________________________________________________________</w:t>
      </w:r>
    </w:p>
    <w:p w:rsidR="005305E8" w:rsidRDefault="00F620A9" w:rsidP="00F620A9">
      <w:pPr>
        <w:spacing w:after="40"/>
        <w:jc w:val="both"/>
      </w:pPr>
      <w:r>
        <w:rPr>
          <w:b/>
        </w:rPr>
        <w:t xml:space="preserve">Ambiente de destino: </w:t>
      </w:r>
      <w:r>
        <w:t>_______________________________________________________________</w:t>
      </w:r>
    </w:p>
    <w:p w:rsidR="005305E8" w:rsidRDefault="00F620A9" w:rsidP="00F620A9">
      <w:pPr>
        <w:spacing w:after="40"/>
        <w:jc w:val="both"/>
      </w:pPr>
      <w:r>
        <w:rPr>
          <w:b/>
        </w:rPr>
        <w:t xml:space="preserve">Medidas de proteção utilizadas na transferência: </w:t>
      </w:r>
      <w:r>
        <w:t>________________________________________</w:t>
      </w:r>
    </w:p>
    <w:p w:rsidR="005305E8" w:rsidRDefault="00F620A9" w:rsidP="00F620A9">
      <w:pPr>
        <w:spacing w:after="40"/>
        <w:jc w:val="both"/>
      </w:pPr>
      <w:r>
        <w:rPr>
          <w:b/>
        </w:rPr>
        <w:t xml:space="preserve">Data prevista da transferência: </w:t>
      </w:r>
      <w:r>
        <w:t>____/____/________</w:t>
      </w:r>
    </w:p>
    <w:p w:rsidR="005305E8" w:rsidRDefault="00F620A9" w:rsidP="00F620A9">
      <w:pPr>
        <w:spacing w:after="40"/>
        <w:jc w:val="both"/>
      </w:pPr>
      <w:r>
        <w:rPr>
          <w:b/>
        </w:rPr>
        <w:t xml:space="preserve">Quantidade aproximada de registros: </w:t>
      </w:r>
      <w:r>
        <w:t>________________________________________________</w:t>
      </w:r>
    </w:p>
    <w:p w:rsidR="005305E8" w:rsidRDefault="00F620A9" w:rsidP="00F620A9">
      <w:pPr>
        <w:jc w:val="both"/>
      </w:pPr>
      <w:r>
        <w:rPr>
          <w:b/>
        </w:rPr>
        <w:t xml:space="preserve">Observação: </w:t>
      </w:r>
      <w:r>
        <w:t>A transferência deverá ocorrer por meio institucional e seguro. O compartilhamento com terceiros, o envio para contas pessoais, serviços não autorizados ou dispositivos sem proteção adequada é vedado.</w:t>
      </w:r>
    </w:p>
    <w:p w:rsidR="005305E8" w:rsidRDefault="00F620A9" w:rsidP="00F620A9">
      <w:pPr>
        <w:pStyle w:val="Ttulo1"/>
        <w:jc w:val="both"/>
      </w:pPr>
      <w:r>
        <w:t>7. Armazenamento dos dados pelo pesquisador</w:t>
      </w:r>
    </w:p>
    <w:p w:rsidR="005305E8" w:rsidRDefault="00F620A9" w:rsidP="00F620A9">
      <w:pPr>
        <w:spacing w:after="40"/>
        <w:jc w:val="both"/>
      </w:pPr>
      <w:r>
        <w:rPr>
          <w:b/>
        </w:rPr>
        <w:t xml:space="preserve">Local/ambiente de armazenamento: </w:t>
      </w:r>
      <w:r>
        <w:t>___________________________________________________</w:t>
      </w:r>
    </w:p>
    <w:p w:rsidR="005305E8" w:rsidRDefault="00F620A9" w:rsidP="00F620A9">
      <w:pPr>
        <w:spacing w:after="40"/>
        <w:jc w:val="both"/>
      </w:pPr>
      <w:r>
        <w:rPr>
          <w:b/>
        </w:rPr>
        <w:t xml:space="preserve">Pessoas autorizadas a acessar os dados: </w:t>
      </w:r>
      <w:r>
        <w:t>_______________________________________________</w:t>
      </w:r>
    </w:p>
    <w:p w:rsidR="005305E8" w:rsidRDefault="00F620A9" w:rsidP="00F620A9">
      <w:pPr>
        <w:spacing w:after="40"/>
        <w:jc w:val="both"/>
      </w:pPr>
      <w:r>
        <w:rPr>
          <w:b/>
        </w:rPr>
        <w:t xml:space="preserve">Data de início do armazenamento: </w:t>
      </w:r>
      <w:r>
        <w:t>____/____/________</w:t>
      </w:r>
    </w:p>
    <w:p w:rsidR="005305E8" w:rsidRDefault="00F620A9" w:rsidP="00F620A9">
      <w:pPr>
        <w:spacing w:after="40"/>
        <w:jc w:val="both"/>
      </w:pPr>
      <w:r>
        <w:rPr>
          <w:b/>
        </w:rPr>
        <w:t xml:space="preserve">Data prevista para encerramento: </w:t>
      </w:r>
      <w:r>
        <w:t>____/____/________</w:t>
      </w:r>
    </w:p>
    <w:p w:rsidR="005305E8" w:rsidRDefault="00F620A9" w:rsidP="00F620A9">
      <w:pPr>
        <w:spacing w:after="40"/>
        <w:jc w:val="both"/>
      </w:pPr>
      <w:r>
        <w:rPr>
          <w:b/>
        </w:rPr>
        <w:t xml:space="preserve">Prazo total de armazenamento: </w:t>
      </w:r>
      <w:r>
        <w:t>______________________________________________________</w:t>
      </w:r>
    </w:p>
    <w:p w:rsidR="005305E8" w:rsidRDefault="00F620A9" w:rsidP="00F620A9">
      <w:pPr>
        <w:jc w:val="both"/>
      </w:pPr>
      <w:r>
        <w:rPr>
          <w:b/>
        </w:rPr>
        <w:t>Destinação ao final do período autorizado:</w:t>
      </w:r>
    </w:p>
    <w:p w:rsidR="005305E8" w:rsidRDefault="00F620A9" w:rsidP="00F620A9">
      <w:pPr>
        <w:spacing w:after="40"/>
        <w:ind w:left="227"/>
        <w:jc w:val="both"/>
      </w:pPr>
      <w:r>
        <w:t>☐ Exclusão segura das cópias sob responsabilidade do pesquisador.</w:t>
      </w:r>
    </w:p>
    <w:p w:rsidR="005305E8" w:rsidRDefault="00F620A9" w:rsidP="00F620A9">
      <w:pPr>
        <w:spacing w:after="40"/>
        <w:ind w:left="227"/>
        <w:jc w:val="both"/>
      </w:pPr>
      <w:r>
        <w:t>☐ Devolução dos dados ao gestor do banco.</w:t>
      </w:r>
    </w:p>
    <w:p w:rsidR="005305E8" w:rsidRDefault="00F620A9" w:rsidP="00F620A9">
      <w:pPr>
        <w:spacing w:after="40"/>
        <w:ind w:left="227"/>
        <w:jc w:val="both"/>
      </w:pPr>
      <w:r>
        <w:lastRenderedPageBreak/>
        <w:t>☐ Manutenção exclusivamente no banco institucional.</w:t>
      </w:r>
    </w:p>
    <w:p w:rsidR="005305E8" w:rsidRDefault="00F620A9" w:rsidP="00F620A9">
      <w:pPr>
        <w:spacing w:after="40"/>
        <w:ind w:left="227"/>
        <w:jc w:val="both"/>
      </w:pPr>
      <w:r>
        <w:t>☐ Outra: ___________________________________________________________________</w:t>
      </w:r>
    </w:p>
    <w:p w:rsidR="005305E8" w:rsidRDefault="00F620A9" w:rsidP="00F620A9">
      <w:pPr>
        <w:pStyle w:val="Ttulo1"/>
        <w:jc w:val="both"/>
      </w:pPr>
      <w:r>
        <w:t>8. Solicitação de dados adicionais</w:t>
      </w:r>
    </w:p>
    <w:p w:rsidR="005305E8" w:rsidRDefault="00F620A9" w:rsidP="00F620A9">
      <w:pPr>
        <w:jc w:val="both"/>
      </w:pPr>
      <w:r>
        <w:t>Caso, durante a execução da pesquisa, seja identificada a necessidade de acessar variáveis não previstas neste termo, o pesquisador deverá apresentar solicitação formal ao gestor antes de qualquer novo acesso. Quando a inclusão do novo dado representar alteração do protocolo aprovado, a disponibilização somente poderá ocorrer após a tramitação ética correspondente.</w:t>
      </w:r>
    </w:p>
    <w:p w:rsidR="005305E8" w:rsidRDefault="00F620A9" w:rsidP="00F620A9">
      <w:pPr>
        <w:jc w:val="both"/>
      </w:pPr>
      <w:r>
        <w:t>Quando o dado adicional já existir no prontuário e seu uso estiver compreendido na autorização previamente concedida pelo participante, a extração deverá ser realizada pelo gestor ou operador autorizado, sem disponibilização da identidade ao pesquisador. A obtenção de informação nova diretamente do participante exige processo de consentimento específico para a nova coleta.</w:t>
      </w:r>
    </w:p>
    <w:p w:rsidR="005305E8" w:rsidRDefault="00F620A9" w:rsidP="00F620A9">
      <w:pPr>
        <w:pStyle w:val="Ttulo1"/>
        <w:jc w:val="both"/>
      </w:pPr>
      <w:r>
        <w:t>9. Compromissos dos signatários</w:t>
      </w:r>
    </w:p>
    <w:p w:rsidR="005305E8" w:rsidRDefault="00F620A9" w:rsidP="00F620A9">
      <w:pPr>
        <w:spacing w:after="40"/>
        <w:ind w:left="227"/>
        <w:jc w:val="both"/>
      </w:pPr>
      <w:r>
        <w:t>☐ Utilizar os dados exclusivamente para as finalidades descritas no projeto aprovado.</w:t>
      </w:r>
    </w:p>
    <w:p w:rsidR="005305E8" w:rsidRDefault="00F620A9" w:rsidP="00F620A9">
      <w:pPr>
        <w:spacing w:after="40"/>
        <w:ind w:left="227"/>
        <w:jc w:val="both"/>
      </w:pPr>
      <w:r>
        <w:t>☐ Acessar somente as informações expressamente autorizadas neste termo.</w:t>
      </w:r>
    </w:p>
    <w:p w:rsidR="005305E8" w:rsidRDefault="00F620A9" w:rsidP="00F620A9">
      <w:pPr>
        <w:spacing w:after="40"/>
        <w:ind w:left="227"/>
        <w:jc w:val="both"/>
      </w:pPr>
      <w:r>
        <w:t>☐ Não tentar identificar ou reidentificar os participantes, direta ou indiretamente.</w:t>
      </w:r>
    </w:p>
    <w:p w:rsidR="005305E8" w:rsidRDefault="00F620A9" w:rsidP="00F620A9">
      <w:pPr>
        <w:spacing w:after="40"/>
        <w:ind w:left="227"/>
        <w:jc w:val="both"/>
      </w:pPr>
      <w:r>
        <w:t>☐ Não cruzar o conjunto de dados com outras bases com a finalidade de identificar participantes.</w:t>
      </w:r>
    </w:p>
    <w:p w:rsidR="005305E8" w:rsidRDefault="00F620A9" w:rsidP="00F620A9">
      <w:pPr>
        <w:spacing w:after="40"/>
        <w:ind w:left="227"/>
        <w:jc w:val="both"/>
      </w:pPr>
      <w:r>
        <w:t>☐ Não compartilhar, ceder, encaminhar ou disponibilizar os dados a terceiros não autorizados.</w:t>
      </w:r>
    </w:p>
    <w:p w:rsidR="005305E8" w:rsidRDefault="00F620A9" w:rsidP="00F620A9">
      <w:pPr>
        <w:spacing w:after="40"/>
        <w:ind w:left="227"/>
        <w:jc w:val="both"/>
      </w:pPr>
      <w:r>
        <w:t>☐ Não transferir os dados para contas pessoais, serviços em nuvem não autorizados, aplicativos de mensagem ou dispositivos sem proteção adequada.</w:t>
      </w:r>
    </w:p>
    <w:p w:rsidR="005305E8" w:rsidRDefault="00F620A9" w:rsidP="00F620A9">
      <w:pPr>
        <w:spacing w:after="40"/>
        <w:ind w:left="227"/>
        <w:jc w:val="both"/>
      </w:pPr>
      <w:r>
        <w:t>☐ Adotar medidas técnicas e administrativas adequadas à confidencialidade, integridade e segurança dos dados.</w:t>
      </w:r>
    </w:p>
    <w:p w:rsidR="005305E8" w:rsidRDefault="00F620A9" w:rsidP="00F620A9">
      <w:pPr>
        <w:spacing w:after="40"/>
        <w:ind w:left="227"/>
        <w:jc w:val="both"/>
      </w:pPr>
      <w:r>
        <w:t>☐ Comunicar imediatamente ao controlador e ao gestor qualquer perda, acesso indevido, divulgação, alteração ou outro incidente envolvendo os dados.</w:t>
      </w:r>
    </w:p>
    <w:p w:rsidR="005305E8" w:rsidRDefault="00F620A9" w:rsidP="00F620A9">
      <w:pPr>
        <w:spacing w:after="40"/>
        <w:ind w:left="227"/>
        <w:jc w:val="both"/>
      </w:pPr>
      <w:r>
        <w:t>☐ Solicitar autorização prévia para acesso a dados adicionais.</w:t>
      </w:r>
    </w:p>
    <w:p w:rsidR="005305E8" w:rsidRDefault="00F620A9" w:rsidP="00F620A9">
      <w:pPr>
        <w:spacing w:after="40"/>
        <w:ind w:left="227"/>
        <w:jc w:val="both"/>
      </w:pPr>
      <w:r>
        <w:t>☐ Respeitar o prazo de armazenamento e a destinação final definidos neste termo.</w:t>
      </w:r>
    </w:p>
    <w:p w:rsidR="005305E8" w:rsidRDefault="00F620A9" w:rsidP="00F620A9">
      <w:pPr>
        <w:spacing w:after="40"/>
        <w:ind w:left="227"/>
        <w:jc w:val="both"/>
      </w:pPr>
      <w:r>
        <w:t>☐ Observar a Lei nº 14.874/2024, a Lei nº 13.709/2018 (LGPD), as normas do Sistema Nacional de Ética em Pesquisa (Sinep), as determinações do CEP e as normas institucionais aplicáveis.</w:t>
      </w:r>
    </w:p>
    <w:p w:rsidR="005305E8" w:rsidRDefault="00F620A9" w:rsidP="00F620A9">
      <w:pPr>
        <w:pStyle w:val="Ttulo1"/>
        <w:jc w:val="both"/>
      </w:pPr>
      <w:r>
        <w:t>10. Incidentes de segurança</w:t>
      </w:r>
    </w:p>
    <w:p w:rsidR="005305E8" w:rsidRDefault="00F620A9" w:rsidP="00F620A9">
      <w:pPr>
        <w:jc w:val="both"/>
      </w:pPr>
      <w:r>
        <w:t>Qualquer suspeita ou confirmação de acesso não autorizado, perda, alteração, divulgação, indisponibilidade, destruição ou comprometimento dos dados deverá ser comunicada imediatamente ao controlador e ao gestor do banco, independentemente da existência de dano conhecido.</w:t>
      </w:r>
    </w:p>
    <w:p w:rsidR="005305E8" w:rsidRDefault="00F620A9" w:rsidP="00F620A9">
      <w:pPr>
        <w:spacing w:after="40"/>
        <w:jc w:val="both"/>
      </w:pPr>
      <w:r>
        <w:rPr>
          <w:b/>
        </w:rPr>
        <w:t xml:space="preserve">Contato institucional para comunicação de incidentes: </w:t>
      </w:r>
      <w:r>
        <w:t>_____________________________________</w:t>
      </w:r>
    </w:p>
    <w:p w:rsidR="005305E8" w:rsidRDefault="00F620A9" w:rsidP="00F620A9">
      <w:pPr>
        <w:pStyle w:val="Ttulo1"/>
        <w:jc w:val="both"/>
      </w:pPr>
      <w:r>
        <w:t>11. Declaração final</w:t>
      </w:r>
    </w:p>
    <w:p w:rsidR="005305E8" w:rsidRDefault="00F620A9" w:rsidP="00F620A9">
      <w:pPr>
        <w:jc w:val="both"/>
      </w:pPr>
      <w:r>
        <w:t>Os signatários declaram que compreenderam as condições estabelecidas neste termo e assumem responsabilidade pelo cumprimento dos limites de acesso, uso, armazenamento, transferência e proteção dos dados aqui descritos.</w:t>
      </w:r>
    </w:p>
    <w:p w:rsidR="005305E8" w:rsidRDefault="005305E8" w:rsidP="00F620A9">
      <w:pPr>
        <w:jc w:val="both"/>
      </w:pPr>
    </w:p>
    <w:tbl>
      <w:tblPr>
        <w:tblStyle w:val="Tabelacomgrade"/>
        <w:tblW w:w="0" w:type="auto"/>
        <w:jc w:val="center"/>
        <w:tblLook w:val="04A0" w:firstRow="1" w:lastRow="0" w:firstColumn="1" w:lastColumn="0" w:noHBand="0" w:noVBand="1"/>
      </w:tblPr>
      <w:tblGrid>
        <w:gridCol w:w="4986"/>
        <w:gridCol w:w="4986"/>
      </w:tblGrid>
      <w:tr w:rsidR="005305E8">
        <w:trPr>
          <w:jc w:val="center"/>
        </w:trPr>
        <w:tc>
          <w:tcPr>
            <w:tcW w:w="4986" w:type="dxa"/>
            <w:tcMar>
              <w:top w:w="120" w:type="dxa"/>
              <w:left w:w="100" w:type="dxa"/>
              <w:bottom w:w="120" w:type="dxa"/>
              <w:right w:w="100" w:type="dxa"/>
            </w:tcMar>
          </w:tcPr>
          <w:p w:rsidR="005305E8" w:rsidRDefault="00F620A9" w:rsidP="00F620A9">
            <w:pPr>
              <w:jc w:val="both"/>
            </w:pPr>
            <w:r>
              <w:lastRenderedPageBreak/>
              <w:t>Controlador dos dados</w:t>
            </w:r>
            <w:r>
              <w:br/>
            </w:r>
            <w:r>
              <w:br/>
              <w:t>Nome: ______________________________________</w:t>
            </w:r>
            <w:r>
              <w:br/>
              <w:t>Assinatura: _________________________________</w:t>
            </w:r>
          </w:p>
        </w:tc>
        <w:tc>
          <w:tcPr>
            <w:tcW w:w="4986" w:type="dxa"/>
            <w:tcMar>
              <w:top w:w="120" w:type="dxa"/>
              <w:left w:w="100" w:type="dxa"/>
              <w:bottom w:w="120" w:type="dxa"/>
              <w:right w:w="100" w:type="dxa"/>
            </w:tcMar>
          </w:tcPr>
          <w:p w:rsidR="005305E8" w:rsidRDefault="00F620A9" w:rsidP="00F620A9">
            <w:pPr>
              <w:jc w:val="both"/>
            </w:pPr>
            <w:r>
              <w:t>Data</w:t>
            </w:r>
            <w:r>
              <w:br/>
            </w:r>
            <w:r>
              <w:br/>
              <w:t>____/____/________</w:t>
            </w:r>
          </w:p>
        </w:tc>
      </w:tr>
      <w:tr w:rsidR="005305E8">
        <w:trPr>
          <w:jc w:val="center"/>
        </w:trPr>
        <w:tc>
          <w:tcPr>
            <w:tcW w:w="4986" w:type="dxa"/>
            <w:tcMar>
              <w:top w:w="120" w:type="dxa"/>
              <w:left w:w="100" w:type="dxa"/>
              <w:bottom w:w="120" w:type="dxa"/>
              <w:right w:w="100" w:type="dxa"/>
            </w:tcMar>
          </w:tcPr>
          <w:p w:rsidR="005305E8" w:rsidRDefault="00F620A9" w:rsidP="00F620A9">
            <w:pPr>
              <w:jc w:val="both"/>
            </w:pPr>
            <w:r>
              <w:t>Gestor do banco</w:t>
            </w:r>
            <w:r>
              <w:br/>
            </w:r>
            <w:r>
              <w:br/>
              <w:t>Nome: ______________________________________</w:t>
            </w:r>
            <w:r>
              <w:br/>
              <w:t>Assinatura: _________________________________</w:t>
            </w:r>
          </w:p>
        </w:tc>
        <w:tc>
          <w:tcPr>
            <w:tcW w:w="4986" w:type="dxa"/>
            <w:tcMar>
              <w:top w:w="120" w:type="dxa"/>
              <w:left w:w="100" w:type="dxa"/>
              <w:bottom w:w="120" w:type="dxa"/>
              <w:right w:w="100" w:type="dxa"/>
            </w:tcMar>
          </w:tcPr>
          <w:p w:rsidR="005305E8" w:rsidRDefault="00F620A9" w:rsidP="00F620A9">
            <w:pPr>
              <w:jc w:val="both"/>
            </w:pPr>
            <w:r>
              <w:t>Data</w:t>
            </w:r>
            <w:r>
              <w:br/>
            </w:r>
            <w:r>
              <w:br/>
              <w:t>____/____/________</w:t>
            </w:r>
          </w:p>
        </w:tc>
      </w:tr>
      <w:tr w:rsidR="005305E8">
        <w:trPr>
          <w:jc w:val="center"/>
        </w:trPr>
        <w:tc>
          <w:tcPr>
            <w:tcW w:w="4986" w:type="dxa"/>
            <w:tcMar>
              <w:top w:w="120" w:type="dxa"/>
              <w:left w:w="100" w:type="dxa"/>
              <w:bottom w:w="120" w:type="dxa"/>
              <w:right w:w="100" w:type="dxa"/>
            </w:tcMar>
          </w:tcPr>
          <w:p w:rsidR="005305E8" w:rsidRDefault="00F620A9" w:rsidP="00F620A9">
            <w:pPr>
              <w:jc w:val="both"/>
            </w:pPr>
            <w:r>
              <w:t>Operador dos dados / responsável pela extração</w:t>
            </w:r>
            <w:r>
              <w:br/>
            </w:r>
            <w:r>
              <w:br/>
              <w:t>Nome: ______________________________________</w:t>
            </w:r>
            <w:r>
              <w:br/>
              <w:t>Assinatura: _________________________________</w:t>
            </w:r>
          </w:p>
        </w:tc>
        <w:tc>
          <w:tcPr>
            <w:tcW w:w="4986" w:type="dxa"/>
            <w:tcMar>
              <w:top w:w="120" w:type="dxa"/>
              <w:left w:w="100" w:type="dxa"/>
              <w:bottom w:w="120" w:type="dxa"/>
              <w:right w:w="100" w:type="dxa"/>
            </w:tcMar>
          </w:tcPr>
          <w:p w:rsidR="005305E8" w:rsidRDefault="00F620A9" w:rsidP="00F620A9">
            <w:pPr>
              <w:jc w:val="both"/>
            </w:pPr>
            <w:r>
              <w:t>Data</w:t>
            </w:r>
            <w:r>
              <w:br/>
            </w:r>
            <w:r>
              <w:br/>
              <w:t>____/____/________</w:t>
            </w:r>
          </w:p>
        </w:tc>
      </w:tr>
      <w:tr w:rsidR="005305E8">
        <w:trPr>
          <w:jc w:val="center"/>
        </w:trPr>
        <w:tc>
          <w:tcPr>
            <w:tcW w:w="4986" w:type="dxa"/>
            <w:tcMar>
              <w:top w:w="120" w:type="dxa"/>
              <w:left w:w="100" w:type="dxa"/>
              <w:bottom w:w="120" w:type="dxa"/>
              <w:right w:w="100" w:type="dxa"/>
            </w:tcMar>
          </w:tcPr>
          <w:p w:rsidR="005305E8" w:rsidRDefault="00F620A9" w:rsidP="00F620A9">
            <w:pPr>
              <w:jc w:val="both"/>
            </w:pPr>
            <w:r>
              <w:t>Pesquisador responsável</w:t>
            </w:r>
            <w:r>
              <w:br/>
            </w:r>
            <w:r>
              <w:br/>
              <w:t>Nome: ______________________________________</w:t>
            </w:r>
            <w:r>
              <w:br/>
              <w:t>Assinatura: _________________________________</w:t>
            </w:r>
          </w:p>
        </w:tc>
        <w:tc>
          <w:tcPr>
            <w:tcW w:w="4986" w:type="dxa"/>
            <w:tcMar>
              <w:top w:w="120" w:type="dxa"/>
              <w:left w:w="100" w:type="dxa"/>
              <w:bottom w:w="120" w:type="dxa"/>
              <w:right w:w="100" w:type="dxa"/>
            </w:tcMar>
          </w:tcPr>
          <w:p w:rsidR="005305E8" w:rsidRDefault="00F620A9" w:rsidP="00F620A9">
            <w:pPr>
              <w:jc w:val="both"/>
            </w:pPr>
            <w:r>
              <w:t>Data</w:t>
            </w:r>
            <w:r>
              <w:br/>
            </w:r>
            <w:r>
              <w:br/>
              <w:t>____/____/________</w:t>
            </w:r>
          </w:p>
        </w:tc>
      </w:tr>
    </w:tbl>
    <w:p w:rsidR="005305E8" w:rsidRDefault="005305E8" w:rsidP="00F620A9">
      <w:pPr>
        <w:jc w:val="both"/>
      </w:pPr>
    </w:p>
    <w:p w:rsidR="005305E8" w:rsidRDefault="00F620A9" w:rsidP="00F620A9">
      <w:pPr>
        <w:pStyle w:val="Ttulo1"/>
        <w:jc w:val="both"/>
      </w:pPr>
      <w:r>
        <w:t>Base normativa de referência</w:t>
      </w:r>
    </w:p>
    <w:p w:rsidR="005305E8" w:rsidRDefault="00F620A9" w:rsidP="00F620A9">
      <w:pPr>
        <w:jc w:val="both"/>
      </w:pPr>
      <w:r>
        <w:rPr>
          <w:b/>
        </w:rPr>
        <w:t xml:space="preserve">• Lei nº 14.874, de 28 de maio de 2024 - </w:t>
      </w:r>
      <w:r>
        <w:t>dispõe sobre a pesquisa com seres humanos e institui o Sistema Nacional de Ética em Pesquisa.</w:t>
      </w:r>
    </w:p>
    <w:p w:rsidR="005305E8" w:rsidRDefault="00F620A9" w:rsidP="00F620A9">
      <w:pPr>
        <w:jc w:val="both"/>
      </w:pPr>
      <w:r>
        <w:rPr>
          <w:b/>
        </w:rPr>
        <w:t>• Lei nº 13.709, de 14 de agosto de 2018 - Lei Geral de Proteção de Dados Pessoais (LGPD).</w:t>
      </w:r>
    </w:p>
    <w:sectPr w:rsidR="005305E8" w:rsidSect="00034616">
      <w:footerReference w:type="default" r:id="rId9"/>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9E8" w:rsidRDefault="00DC49E8">
      <w:pPr>
        <w:spacing w:after="0" w:line="240" w:lineRule="auto"/>
      </w:pPr>
      <w:r>
        <w:separator/>
      </w:r>
    </w:p>
  </w:endnote>
  <w:endnote w:type="continuationSeparator" w:id="0">
    <w:p w:rsidR="00DC49E8" w:rsidRDefault="00DC4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0A9" w:rsidRDefault="00F620A9">
    <w:pPr>
      <w:pStyle w:val="Rodap"/>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9E8" w:rsidRDefault="00DC49E8">
      <w:pPr>
        <w:spacing w:after="0" w:line="240" w:lineRule="auto"/>
      </w:pPr>
      <w:r>
        <w:separator/>
      </w:r>
    </w:p>
  </w:footnote>
  <w:footnote w:type="continuationSeparator" w:id="0">
    <w:p w:rsidR="00DC49E8" w:rsidRDefault="00DC49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305E8"/>
    <w:rsid w:val="005D4020"/>
    <w:rsid w:val="00AA1D8D"/>
    <w:rsid w:val="00B47730"/>
    <w:rsid w:val="00CB0664"/>
    <w:rsid w:val="00DC49E8"/>
    <w:rsid w:val="00E735B9"/>
    <w:rsid w:val="00F620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92310-6834-4D42-8D21-A9753FFF4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6662</TotalTime>
  <Pages>5</Pages>
  <Words>1278</Words>
  <Characters>6904</Characters>
  <Application>Microsoft Office Word</Application>
  <DocSecurity>0</DocSecurity>
  <Lines>57</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GMR</cp:lastModifiedBy>
  <cp:revision>3</cp:revision>
  <dcterms:created xsi:type="dcterms:W3CDTF">2026-09-03T22:06:00Z</dcterms:created>
  <dcterms:modified xsi:type="dcterms:W3CDTF">2026-09-09T14:01:00Z</dcterms:modified>
</cp:coreProperties>
</file>